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DE7CB" w14:textId="32184D88" w:rsidR="008E2B64" w:rsidRDefault="00A6098D">
      <w:pPr>
        <w:pStyle w:val="Title"/>
      </w:pPr>
      <w:r>
        <w:rPr>
          <w:noProof/>
        </w:rPr>
        <w:drawing>
          <wp:inline distT="0" distB="0" distL="0" distR="0" wp14:anchorId="132AA088" wp14:editId="0F95639B">
            <wp:extent cx="4000500" cy="2251455"/>
            <wp:effectExtent l="0" t="0" r="0" b="0"/>
            <wp:docPr id="150764179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7641791" name="Picture 150764179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028026" cy="22669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9EFD5B" w14:textId="77777777" w:rsidR="008E2B64" w:rsidRPr="008E2B64" w:rsidRDefault="008E2B64" w:rsidP="008E2B64"/>
    <w:p w14:paraId="3050F0BD" w14:textId="34823BFA" w:rsidR="00E41B80" w:rsidRDefault="00AF44F5">
      <w:pPr>
        <w:pStyle w:val="Title"/>
      </w:pPr>
      <w:r>
        <w:t>Local issue and blog submission template</w:t>
      </w:r>
    </w:p>
    <w:p w14:paraId="755A0027" w14:textId="77777777" w:rsidR="00CA42E2" w:rsidRDefault="00AF44F5">
      <w:r>
        <w:t xml:space="preserve">Use one copy per topic. Replace the bracketed text and let the boxes expand as you type. </w:t>
      </w:r>
    </w:p>
    <w:p w14:paraId="4EE4D1EA" w14:textId="77777777" w:rsidR="00CA42E2" w:rsidRDefault="00AF44F5">
      <w:r>
        <w:t xml:space="preserve">Aim for 400–700 words for a blog or 150–300 words for a short note. </w:t>
      </w:r>
    </w:p>
    <w:p w14:paraId="6A73ECE7" w14:textId="77777777" w:rsidR="00CA42E2" w:rsidRDefault="00CA42E2"/>
    <w:p w14:paraId="2C305E87" w14:textId="3B55ED0D" w:rsidR="00E41B80" w:rsidRDefault="00AF44F5">
      <w:r>
        <w:t>Rough notes are welcome; mark unknown information as unconfirmed.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232"/>
        <w:gridCol w:w="7992"/>
      </w:tblGrid>
      <w:tr w:rsidR="00E41B80" w14:paraId="50607C02" w14:textId="77777777">
        <w:tc>
          <w:tcPr>
            <w:tcW w:w="2232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6A71FAF" w14:textId="77777777" w:rsidR="00E41B80" w:rsidRDefault="00AF44F5">
            <w:r>
              <w:t>Article type</w:t>
            </w:r>
          </w:p>
        </w:tc>
        <w:tc>
          <w:tcPr>
            <w:tcW w:w="7992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47750B7" w14:textId="77777777" w:rsidR="00E41B80" w:rsidRDefault="00AF44F5">
            <w:r>
              <w:t>[Blog / short note / issue proposal]</w:t>
            </w:r>
          </w:p>
        </w:tc>
      </w:tr>
      <w:tr w:rsidR="00E41B80" w14:paraId="24069132" w14:textId="77777777">
        <w:tc>
          <w:tcPr>
            <w:tcW w:w="2232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82386A" w14:textId="77777777" w:rsidR="00E41B80" w:rsidRDefault="00AF44F5">
            <w:r>
              <w:t>Working title</w:t>
            </w:r>
          </w:p>
        </w:tc>
        <w:tc>
          <w:tcPr>
            <w:tcW w:w="7992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EBAEC43" w14:textId="77777777" w:rsidR="00E41B80" w:rsidRDefault="00AF44F5">
            <w:r>
              <w:t>[Specific issue and place]</w:t>
            </w:r>
          </w:p>
        </w:tc>
      </w:tr>
      <w:tr w:rsidR="00E41B80" w14:paraId="51BDA3F2" w14:textId="77777777">
        <w:tc>
          <w:tcPr>
            <w:tcW w:w="2232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AFCF040" w14:textId="77777777" w:rsidR="00E41B80" w:rsidRDefault="00AF44F5">
            <w:r>
              <w:t>Contributor and date</w:t>
            </w:r>
          </w:p>
        </w:tc>
        <w:tc>
          <w:tcPr>
            <w:tcW w:w="7992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4998CDC" w14:textId="77777777" w:rsidR="00E41B80" w:rsidRDefault="00AF44F5">
            <w:r>
              <w:t>[Name, role if relevant, date and version]</w:t>
            </w:r>
          </w:p>
        </w:tc>
      </w:tr>
      <w:tr w:rsidR="00E41B80" w14:paraId="4A4DEDFF" w14:textId="77777777">
        <w:tc>
          <w:tcPr>
            <w:tcW w:w="2232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3475473" w14:textId="77777777" w:rsidR="00E41B80" w:rsidRDefault="00AF44F5">
            <w:r>
              <w:t>Publication details</w:t>
            </w:r>
          </w:p>
        </w:tc>
        <w:tc>
          <w:tcPr>
            <w:tcW w:w="7992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27FC24E" w14:textId="77777777" w:rsidR="00E41B80" w:rsidRDefault="00AF44F5">
            <w:r>
              <w:t>[Public author name / branch byline; area or ward]</w:t>
            </w:r>
          </w:p>
        </w:tc>
      </w:tr>
      <w:tr w:rsidR="00E41B80" w14:paraId="79D0BC75" w14:textId="77777777">
        <w:tc>
          <w:tcPr>
            <w:tcW w:w="2232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AB02A4D" w14:textId="77777777" w:rsidR="00E41B80" w:rsidRDefault="00AF44F5">
            <w:r>
              <w:t>Private contact</w:t>
            </w:r>
          </w:p>
        </w:tc>
        <w:tc>
          <w:tcPr>
            <w:tcW w:w="7992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3539D92" w14:textId="77777777" w:rsidR="00E41B80" w:rsidRDefault="00AF44F5">
            <w:r>
              <w:t>[Email for editorial queries — do not publish]</w:t>
            </w:r>
          </w:p>
        </w:tc>
      </w:tr>
    </w:tbl>
    <w:p w14:paraId="57DACD36" w14:textId="77777777" w:rsidR="00E41B80" w:rsidRDefault="00AF44F5">
      <w:pPr>
        <w:pStyle w:val="Heading1"/>
      </w:pPr>
      <w:r>
        <w:t>1 Main point</w:t>
      </w:r>
    </w:p>
    <w:p w14:paraId="7FFF826E" w14:textId="77777777" w:rsidR="00E41B80" w:rsidRDefault="00AF44F5">
      <w:pPr>
        <w:spacing w:after="80"/>
      </w:pPr>
      <w:r>
        <w:rPr>
          <w:color w:val="526364"/>
          <w:sz w:val="18"/>
        </w:rPr>
        <w:t>In 2–3 sentences, explain the issue and what you want readers to understand.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224"/>
      </w:tblGrid>
      <w:tr w:rsidR="00E41B80" w14:paraId="7546E0E5" w14:textId="77777777">
        <w:tc>
          <w:tcPr>
            <w:tcW w:w="10224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83BB2CC" w14:textId="77777777" w:rsidR="00E41B80" w:rsidRDefault="00AF44F5">
            <w:r>
              <w:t>[Type your response here]</w:t>
            </w:r>
          </w:p>
        </w:tc>
      </w:tr>
    </w:tbl>
    <w:p w14:paraId="3B2EB883" w14:textId="77777777" w:rsidR="00E41B80" w:rsidRDefault="00AF44F5">
      <w:pPr>
        <w:pStyle w:val="Heading1"/>
      </w:pPr>
      <w:r>
        <w:t>2 What is happening and why it matters</w:t>
      </w:r>
    </w:p>
    <w:p w14:paraId="0A69553B" w14:textId="77777777" w:rsidR="00E41B80" w:rsidRDefault="00AF44F5">
      <w:pPr>
        <w:spacing w:after="80"/>
      </w:pPr>
      <w:r>
        <w:rPr>
          <w:color w:val="526364"/>
          <w:sz w:val="18"/>
        </w:rPr>
        <w:t>Where is it happening, who is affected and what is the current position? Separate confirmed facts from your opinion. Suggested 100–150 words.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224"/>
      </w:tblGrid>
      <w:tr w:rsidR="00E41B80" w14:paraId="00CB319F" w14:textId="77777777">
        <w:tc>
          <w:tcPr>
            <w:tcW w:w="10224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5F77188" w14:textId="77777777" w:rsidR="00E41B80" w:rsidRDefault="00AF44F5">
            <w:r>
              <w:t>[Type your response here]</w:t>
            </w:r>
          </w:p>
        </w:tc>
      </w:tr>
    </w:tbl>
    <w:p w14:paraId="0E3B519E" w14:textId="77777777" w:rsidR="00E41B80" w:rsidRDefault="00AF44F5">
      <w:pPr>
        <w:pStyle w:val="Heading1"/>
      </w:pPr>
      <w:r>
        <w:t>3 Evidence and costs</w:t>
      </w:r>
    </w:p>
    <w:p w14:paraId="14B6DE5D" w14:textId="77777777" w:rsidR="00E41B80" w:rsidRDefault="00AF44F5">
      <w:pPr>
        <w:spacing w:after="80"/>
      </w:pPr>
      <w:r>
        <w:rPr>
          <w:color w:val="526364"/>
          <w:sz w:val="18"/>
        </w:rPr>
        <w:t>List the key facts and figures. For every figure, give source reference, date, period covered and whether it is actual, estimated or forecast. Distinguish current spending from proposed costs.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224"/>
      </w:tblGrid>
      <w:tr w:rsidR="00E41B80" w14:paraId="4FB6CDD8" w14:textId="77777777">
        <w:tc>
          <w:tcPr>
            <w:tcW w:w="10224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67D4B19" w14:textId="77777777" w:rsidR="00E41B80" w:rsidRDefault="00AF44F5">
            <w:r>
              <w:lastRenderedPageBreak/>
              <w:t>[Fact or figure — source S1 — date — status]</w:t>
            </w:r>
            <w:r>
              <w:br/>
              <w:t>[One-off cost / annual running cost / funding source / unknowns]</w:t>
            </w:r>
          </w:p>
        </w:tc>
      </w:tr>
    </w:tbl>
    <w:p w14:paraId="3303ABD7" w14:textId="77777777" w:rsidR="00E41B80" w:rsidRDefault="00AF44F5">
      <w:pPr>
        <w:pStyle w:val="Heading1"/>
      </w:pPr>
      <w:r>
        <w:t>4 Who can act</w:t>
      </w:r>
    </w:p>
    <w:p w14:paraId="2EE41ED0" w14:textId="77777777" w:rsidR="00E41B80" w:rsidRDefault="00AF44F5">
      <w:pPr>
        <w:spacing w:after="80"/>
      </w:pPr>
      <w:r>
        <w:rPr>
          <w:color w:val="526364"/>
          <w:sz w:val="18"/>
        </w:rPr>
        <w:t>Name the responsible council, organisation or decision-maker and any known decision date.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224"/>
      </w:tblGrid>
      <w:tr w:rsidR="00E41B80" w14:paraId="1F1F8B58" w14:textId="77777777">
        <w:tc>
          <w:tcPr>
            <w:tcW w:w="10224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7EE4E3" w14:textId="77777777" w:rsidR="00E41B80" w:rsidRDefault="00AF44F5">
            <w:r>
              <w:t>[Responsible body, decision or deadline; write unknown if not confirmed]</w:t>
            </w:r>
          </w:p>
        </w:tc>
      </w:tr>
    </w:tbl>
    <w:p w14:paraId="18316F43" w14:textId="77777777" w:rsidR="00E41B80" w:rsidRDefault="00AF44F5">
      <w:r>
        <w:br w:type="page"/>
      </w:r>
    </w:p>
    <w:p w14:paraId="3B861679" w14:textId="77777777" w:rsidR="00E41B80" w:rsidRDefault="00AF44F5">
      <w:pPr>
        <w:pStyle w:val="Title"/>
      </w:pPr>
      <w:r>
        <w:lastRenderedPageBreak/>
        <w:t>Solutions and publishing details</w:t>
      </w:r>
    </w:p>
    <w:p w14:paraId="2218F9D6" w14:textId="77777777" w:rsidR="00E41B80" w:rsidRDefault="00AF44F5">
      <w:pPr>
        <w:pStyle w:val="Heading1"/>
      </w:pPr>
      <w:r>
        <w:t>5 Possible solutions and trade offs</w:t>
      </w:r>
    </w:p>
    <w:p w14:paraId="333548AE" w14:textId="77777777" w:rsidR="00E41B80" w:rsidRDefault="00AF44F5">
      <w:pPr>
        <w:spacing w:after="80"/>
      </w:pPr>
      <w:r>
        <w:rPr>
          <w:color w:val="526364"/>
          <w:sz w:val="18"/>
        </w:rPr>
        <w:t>Describe 1–3 realistic options, including the current approach where useful. For each, cover likely benefit, cost or unknowns, disadvantages and who could deliver it. Suggested 100–200 words.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224"/>
      </w:tblGrid>
      <w:tr w:rsidR="00E41B80" w14:paraId="01786FBF" w14:textId="77777777">
        <w:tc>
          <w:tcPr>
            <w:tcW w:w="10224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E320F0F" w14:textId="77777777" w:rsidR="00E41B80" w:rsidRDefault="00AF44F5">
            <w:r>
              <w:t>[Option A — benefit — cost — trade off — responsible body]</w:t>
            </w:r>
            <w:r>
              <w:br/>
              <w:t>[Option B — benefit — cost — trade off — responsible body]</w:t>
            </w:r>
          </w:p>
        </w:tc>
      </w:tr>
    </w:tbl>
    <w:p w14:paraId="046395D5" w14:textId="77777777" w:rsidR="00E41B80" w:rsidRDefault="00AF44F5">
      <w:pPr>
        <w:pStyle w:val="Heading1"/>
      </w:pPr>
      <w:r>
        <w:t>6 Preferred next step</w:t>
      </w:r>
    </w:p>
    <w:p w14:paraId="7B77BCA1" w14:textId="77777777" w:rsidR="00E41B80" w:rsidRDefault="00AF44F5">
      <w:pPr>
        <w:spacing w:after="80"/>
      </w:pPr>
      <w:r>
        <w:rPr>
          <w:color w:val="526364"/>
          <w:sz w:val="18"/>
        </w:rPr>
        <w:t>State your recommendation and why. Is this a personal suggestion, a proposal for branch discussion or an approved branch position? Do not present a proposal as adopted policy.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224"/>
      </w:tblGrid>
      <w:tr w:rsidR="00E41B80" w14:paraId="16C923C8" w14:textId="77777777">
        <w:tc>
          <w:tcPr>
            <w:tcW w:w="10224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B8C774A" w14:textId="77777777" w:rsidR="00E41B80" w:rsidRDefault="00AF44F5">
            <w:r>
              <w:t>[Recommendation, reason and status]</w:t>
            </w:r>
            <w:r>
              <w:br/>
              <w:t>[Reader action or feedback link, if appropriate]</w:t>
            </w:r>
          </w:p>
        </w:tc>
      </w:tr>
    </w:tbl>
    <w:p w14:paraId="3D6E7797" w14:textId="77777777" w:rsidR="00E41B80" w:rsidRDefault="00AF44F5">
      <w:pPr>
        <w:pStyle w:val="Heading1"/>
      </w:pPr>
      <w:r>
        <w:t>7 Sources</w:t>
      </w:r>
    </w:p>
    <w:p w14:paraId="51EE9DB7" w14:textId="77777777" w:rsidR="00E41B80" w:rsidRDefault="00AF44F5">
      <w:pPr>
        <w:spacing w:after="80"/>
      </w:pPr>
      <w:r>
        <w:rPr>
          <w:color w:val="526364"/>
          <w:sz w:val="18"/>
        </w:rPr>
        <w:t>Use S1, S2 and so on in your notes above. Include exact links or attach documents with page numbers. Link to original council papers or published data where available.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224"/>
      </w:tblGrid>
      <w:tr w:rsidR="00E41B80" w14:paraId="182F429F" w14:textId="77777777">
        <w:tc>
          <w:tcPr>
            <w:tcW w:w="10224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A2568B8" w14:textId="77777777" w:rsidR="00E41B80" w:rsidRDefault="00AF44F5">
            <w:r>
              <w:t>[S1 — title — publisher — date — URL or attachment and page]</w:t>
            </w:r>
            <w:r>
              <w:br/>
            </w:r>
            <w:r>
              <w:t>[S2 — title — publisher — date — URL or attachment and page]</w:t>
            </w:r>
          </w:p>
        </w:tc>
      </w:tr>
    </w:tbl>
    <w:p w14:paraId="681B9730" w14:textId="77777777" w:rsidR="00E41B80" w:rsidRDefault="00AF44F5">
      <w:pPr>
        <w:pStyle w:val="Heading1"/>
      </w:pPr>
      <w:r>
        <w:t>8 Images and attachments</w:t>
      </w:r>
    </w:p>
    <w:p w14:paraId="05840CF2" w14:textId="77777777" w:rsidR="00E41B80" w:rsidRDefault="00AF44F5">
      <w:pPr>
        <w:spacing w:after="80"/>
      </w:pPr>
      <w:r>
        <w:rPr>
          <w:color w:val="526364"/>
          <w:sz w:val="18"/>
        </w:rPr>
        <w:t>Attach original files separately. Give filename, caption, credit and permission status. Avoid private contact details or unnecessary personal information.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224"/>
      </w:tblGrid>
      <w:tr w:rsidR="00E41B80" w14:paraId="034D3535" w14:textId="77777777">
        <w:tc>
          <w:tcPr>
            <w:tcW w:w="10224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C02BD26" w14:textId="77777777" w:rsidR="00060745" w:rsidRDefault="00AF44F5">
            <w:r>
              <w:t>[Filename — caption — credit — permission confirmed or pending]</w:t>
            </w:r>
          </w:p>
          <w:p w14:paraId="35F140BC" w14:textId="766FEB31" w:rsidR="00E41B80" w:rsidRDefault="00AF44F5">
            <w:r>
              <w:br/>
              <w:t>[Optional main image and alternative text describing it</w:t>
            </w:r>
            <w:r w:rsidR="00060745">
              <w:t xml:space="preserve"> can be pasted here]</w:t>
            </w:r>
          </w:p>
        </w:tc>
      </w:tr>
    </w:tbl>
    <w:p w14:paraId="43FEDB9D" w14:textId="77777777" w:rsidR="00E41B80" w:rsidRDefault="00AF44F5">
      <w:pPr>
        <w:pStyle w:val="Heading1"/>
      </w:pPr>
      <w:r>
        <w:t>Editorial review before publication</w:t>
      </w:r>
    </w:p>
    <w:p w14:paraId="233BFA12" w14:textId="77777777" w:rsidR="00E41B80" w:rsidRDefault="00AF44F5">
      <w:r>
        <w:t>Editor to complete. Keep these details off the public page. Verify factual claims and costs, check image permissions and distinguish opinion from fact. Identify anything needing further review.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232"/>
        <w:gridCol w:w="7992"/>
      </w:tblGrid>
      <w:tr w:rsidR="00E41B80" w14:paraId="0E5B82FD" w14:textId="77777777">
        <w:tc>
          <w:tcPr>
            <w:tcW w:w="2232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EF53B76" w14:textId="77777777" w:rsidR="00E41B80" w:rsidRDefault="00AF44F5">
            <w:r>
              <w:t>Checks and questions</w:t>
            </w:r>
          </w:p>
        </w:tc>
        <w:tc>
          <w:tcPr>
            <w:tcW w:w="7992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0F6FD2D" w14:textId="77777777" w:rsidR="00E41B80" w:rsidRDefault="00AF44F5">
            <w:r>
              <w:t>[Outstanding checks or corrections; write none if complete]</w:t>
            </w:r>
          </w:p>
        </w:tc>
      </w:tr>
      <w:tr w:rsidR="00E41B80" w14:paraId="249BC668" w14:textId="77777777">
        <w:tc>
          <w:tcPr>
            <w:tcW w:w="2232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7BCDD01" w14:textId="77777777" w:rsidR="00E41B80" w:rsidRDefault="00AF44F5">
            <w:r>
              <w:t>Decision and approver</w:t>
            </w:r>
          </w:p>
        </w:tc>
        <w:tc>
          <w:tcPr>
            <w:tcW w:w="7992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37758F0" w14:textId="77777777" w:rsidR="00E41B80" w:rsidRDefault="00AF44F5">
            <w:r>
              <w:t>[Draft / changes needed / approved]  [Approver and date]</w:t>
            </w:r>
          </w:p>
        </w:tc>
      </w:tr>
      <w:tr w:rsidR="00E41B80" w14:paraId="539BA9A4" w14:textId="77777777">
        <w:tc>
          <w:tcPr>
            <w:tcW w:w="2232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71747BF" w14:textId="77777777" w:rsidR="00E41B80" w:rsidRDefault="00AF44F5">
            <w:r>
              <w:t>Publishing instructions</w:t>
            </w:r>
          </w:p>
        </w:tc>
        <w:tc>
          <w:tcPr>
            <w:tcW w:w="7992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281433" w14:textId="77777777" w:rsidR="00E41B80" w:rsidRDefault="00AF44F5">
            <w:r>
              <w:t>[Section, proposed publish date and next review date]</w:t>
            </w:r>
          </w:p>
        </w:tc>
      </w:tr>
    </w:tbl>
    <w:p w14:paraId="15C7CC80" w14:textId="77777777" w:rsidR="00E41B80" w:rsidRDefault="00AF44F5">
      <w:pPr>
        <w:spacing w:before="140"/>
      </w:pPr>
      <w:r>
        <w:rPr>
          <w:sz w:val="18"/>
        </w:rPr>
        <w:t>Return the completed Word file and image attachments. The website article will use: title, author and date, summary, issue, evidence and costs, possible solutions, next steps and sources. Editorial fields and private contact details stay internal.</w:t>
      </w:r>
    </w:p>
    <w:sectPr w:rsidR="00E41B80" w:rsidSect="00034616">
      <w:headerReference w:type="default" r:id="rId9"/>
      <w:footerReference w:type="default" r:id="rId10"/>
      <w:pgSz w:w="12240" w:h="15840"/>
      <w:pgMar w:top="864" w:right="1008" w:bottom="792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568B0C" w14:textId="77777777" w:rsidR="00AF44F5" w:rsidRDefault="00AF44F5">
      <w:pPr>
        <w:spacing w:after="0" w:line="240" w:lineRule="auto"/>
      </w:pPr>
      <w:r>
        <w:separator/>
      </w:r>
    </w:p>
  </w:endnote>
  <w:endnote w:type="continuationSeparator" w:id="0">
    <w:p w14:paraId="27659B9E" w14:textId="77777777" w:rsidR="00AF44F5" w:rsidRDefault="00AF44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84FCF1" w14:textId="77777777" w:rsidR="00E41B80" w:rsidRDefault="00AF44F5">
    <w:pPr>
      <w:pStyle w:val="Footer"/>
    </w:pPr>
    <w:r>
      <w:t xml:space="preserve">Internal working template  |  reformmaidenhead.uk                                      </w:t>
    </w:r>
    <w:r>
      <w:fldChar w:fldCharType="begin"/>
    </w:r>
    <w:r>
      <w:instrText>PAGE</w:instrText>
    </w:r>
    <w:r>
      <w:fldChar w:fldCharType="separate"/>
    </w:r>
    <w:r w:rsidR="00532EEE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9917D0" w14:textId="77777777" w:rsidR="00AF44F5" w:rsidRDefault="00AF44F5">
      <w:pPr>
        <w:spacing w:after="0" w:line="240" w:lineRule="auto"/>
      </w:pPr>
      <w:r>
        <w:separator/>
      </w:r>
    </w:p>
  </w:footnote>
  <w:footnote w:type="continuationSeparator" w:id="0">
    <w:p w14:paraId="5B8D9208" w14:textId="77777777" w:rsidR="00AF44F5" w:rsidRDefault="00AF44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5EE85" w14:textId="77777777" w:rsidR="00E41B80" w:rsidRDefault="00AF44F5">
    <w:pPr>
      <w:pStyle w:val="Header"/>
      <w:rPr>
        <w:sz w:val="16"/>
      </w:rPr>
    </w:pPr>
    <w:r>
      <w:rPr>
        <w:sz w:val="16"/>
      </w:rPr>
      <w:t>REFORM UK MAIDENHEAD  /  CONTRIBUTOR TEMPLATE</w:t>
    </w:r>
  </w:p>
  <w:p w14:paraId="2B25CA6D" w14:textId="77777777" w:rsidR="008E2B64" w:rsidRDefault="008E2B6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28979028">
    <w:abstractNumId w:val="8"/>
  </w:num>
  <w:num w:numId="2" w16cid:durableId="1975015683">
    <w:abstractNumId w:val="6"/>
  </w:num>
  <w:num w:numId="3" w16cid:durableId="789786186">
    <w:abstractNumId w:val="5"/>
  </w:num>
  <w:num w:numId="4" w16cid:durableId="1739816664">
    <w:abstractNumId w:val="4"/>
  </w:num>
  <w:num w:numId="5" w16cid:durableId="456528114">
    <w:abstractNumId w:val="7"/>
  </w:num>
  <w:num w:numId="6" w16cid:durableId="748505842">
    <w:abstractNumId w:val="3"/>
  </w:num>
  <w:num w:numId="7" w16cid:durableId="264003149">
    <w:abstractNumId w:val="2"/>
  </w:num>
  <w:num w:numId="8" w16cid:durableId="655574367">
    <w:abstractNumId w:val="1"/>
  </w:num>
  <w:num w:numId="9" w16cid:durableId="7737886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60745"/>
    <w:rsid w:val="0015074B"/>
    <w:rsid w:val="0029639D"/>
    <w:rsid w:val="00326F90"/>
    <w:rsid w:val="004B3ACB"/>
    <w:rsid w:val="00532EEE"/>
    <w:rsid w:val="008E2B64"/>
    <w:rsid w:val="00A6098D"/>
    <w:rsid w:val="00AA1D8D"/>
    <w:rsid w:val="00AF44F5"/>
    <w:rsid w:val="00B47730"/>
    <w:rsid w:val="00CA42E2"/>
    <w:rsid w:val="00CB0664"/>
    <w:rsid w:val="00E41B8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D52D07C"/>
  <w14:defaultImageDpi w14:val="300"/>
  <w15:docId w15:val="{3174FFFD-1A1B-45DA-B39F-903733296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Arial" w:hAnsi="Arial"/>
      <w:color w:val="000000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/>
      <w:b/>
      <w:bCs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507</Words>
  <Characters>2893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3394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Local issue and blog submission template</dc:title>
  <dc:subject/>
  <dc:creator>Reform UK Maidenhead</dc:creator>
  <cp:keywords/>
  <dc:description>generated by python-docx</dc:description>
  <cp:lastModifiedBy>Charles McLeod</cp:lastModifiedBy>
  <cp:revision>2</cp:revision>
  <dcterms:created xsi:type="dcterms:W3CDTF">2026-10-20T12:59:00Z</dcterms:created>
  <dcterms:modified xsi:type="dcterms:W3CDTF">2026-10-20T12:59:00Z</dcterms:modified>
  <cp:category/>
</cp:coreProperties>
</file>